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Disclosure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信息披露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disclosure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1a6bc0481364d0d16ff1f74334c63186a32bbd6d36ea641ab43ae007c7a015f0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WoooAIHub separates editorial review, submitted information, community input, referral relationships, sponsorship, and platform-owned product directions.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Content origin</w:t>
      </w:r>
    </w:p>
    <w:p>
      <w:r>
        <w:rPr>
          <w:rFonts w:ascii="Arial" w:hAnsi="Arial" w:cs="Arial" w:eastAsia="Noto Sans CJK SC"/>
          <w:color w:val="000000"/>
          <w:sz w:val="22"/>
        </w:rPr>
        <w:t>A page should identify whether information comes from editorial research, a submitted record, community input, a platform-authored workflow, or an In Development product direction.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Commercial relationships</w:t>
      </w:r>
    </w:p>
    <w:p>
      <w:r>
        <w:rPr>
          <w:rFonts w:ascii="Arial" w:hAnsi="Arial" w:cs="Arial" w:eastAsia="Noto Sans CJK SC"/>
          <w:color w:val="000000"/>
          <w:sz w:val="22"/>
        </w:rPr>
        <w:t>Sponsored work, referral arrangements, affiliate links, paid placement, partnerships, and ownership interests should be disclosed near the relevant content and kept separate from unsupported editorial claims.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Submitted information</w:t>
      </w:r>
    </w:p>
    <w:p>
      <w:r>
        <w:rPr>
          <w:rFonts w:ascii="Arial" w:hAnsi="Arial" w:cs="Arial" w:eastAsia="Noto Sans CJK SC"/>
          <w:color w:val="000000"/>
          <w:sz w:val="22"/>
        </w:rPr>
        <w:t>A submission is not automatically verified. WoooAIHub may use submitted fields as review input and may request independent evidence before public publication.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Current verification state</w:t>
      </w:r>
    </w:p>
    <w:p>
      <w:r>
        <w:rPr>
          <w:rFonts w:ascii="Arial" w:hAnsi="Arial" w:cs="Arial" w:eastAsia="Noto Sans CJK SC"/>
          <w:color w:val="000000"/>
          <w:sz w:val="22"/>
        </w:rPr>
        <w:t>Some current entries are explicitly marked Needs verification or Verification in progress. They are research and evaluation starting points, not endorsements.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区分编辑审核、提交信息、社区输入、推荐关系、赞助以及平台自有产品方向。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内容来源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页面应说明信息来自编辑研究、提交记录、社区输入、平台编写的工作流，还是处于</w:t>
      </w: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开发中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的产品方向。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商业关系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赞助项目、推荐安排、联盟链接、付费展示、合作与所有权利益，应在相关内容附近披露，并与无证据的编辑结论明确区分。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提交信息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提交内容不会自动获得验证。</w:t>
      </w:r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可将提交字段作为审核输入，并在公开发布前要求独立证据。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当前核验状态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部分当前条目明确标注为</w:t>
      </w: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待独立核验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或</w:t>
      </w: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人工核验中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。它们是研究与评估起点，不构成背书。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disclos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/ 信息披露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