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keepNext/>
        <w:spacing w:before="0" w:after="60" w:line="276" w:lineRule="auto"/>
      </w:pPr>
      <w:r>
        <w:rPr>
          <w:rFonts w:ascii="Arial" w:hAnsi="Arial" w:cs="Arial" w:eastAsia="Noto Sans CJK SC"/>
          <w:b w:val="0"/>
          <w:color w:val="000000"/>
          <w:sz w:val="52"/>
        </w:rPr>
        <w:t xml:space="preserve">Review Process / </w:t>
      </w:r>
      <w:r>
        <w:rPr>
          <w:rFonts w:ascii="Noto Sans CJK SC" w:hAnsi="Noto Sans CJK SC" w:cs="Noto Sans CJK SC" w:eastAsia="Noto Sans CJK SC"/>
          <w:b w:val="0"/>
          <w:color w:val="000000"/>
          <w:sz w:val="52"/>
        </w:rPr>
        <w:t>审核流程</w:t>
      </w:r>
    </w:p>
    <w:p>
      <w:pPr>
        <w:pStyle w:val="WoooAIHubMetadata"/>
      </w:pPr>
      <w:r>
        <w:rPr>
          <w:rFonts w:ascii="Arial" w:hAnsi="Arial" w:cs="Arial" w:eastAsia="Noto Sans CJK SC"/>
          <w:color w:val="555555"/>
          <w:sz w:val="18"/>
        </w:rPr>
        <w:t xml:space="preserve">Policy ID: review-process · Document version: 2026-08-02 · Policy set: 2026-08-16 · </w:t>
      </w:r>
      <w:hyperlink r:id="rId9">
        <w:r>
          <w:rPr>
            <w:rFonts w:ascii="Arial" w:hAnsi="Arial" w:eastAsia="Noto Sans CJK SC"/>
            <w:color w:val="1155CC"/>
            <w:u w:val="single"/>
            <w:sz w:val="18"/>
          </w:rPr>
          <w:t>Published source</w:t>
        </w:r>
      </w:hyperlink>
    </w:p>
    <w:p>
      <w:pPr>
        <w:pStyle w:val="WoooAIHubMetadata"/>
      </w:pPr>
      <w:r>
        <w:rPr>
          <w:rFonts w:ascii="Arial" w:hAnsi="Arial" w:cs="Arial" w:eastAsia="Noto Sans CJK SC"/>
          <w:color w:val="555555"/>
          <w:sz w:val="18"/>
        </w:rPr>
        <w:t>Source SHA-256: 191fba4da4f957b33759d00907ff727fa45d950c4f0381ce054e036501d891bf</w:t>
      </w:r>
    </w:p>
    <w:p>
      <w:pPr>
        <w:pStyle w:val="WoooAIHubEditingNote"/>
      </w:pPr>
      <w:r>
        <w:rPr>
          <w:rFonts w:ascii="Arial" w:hAnsi="Arial" w:cs="Arial" w:eastAsia="Noto Sans CJK SC"/>
          <w:color w:val="555555"/>
          <w:sz w:val="19"/>
        </w:rPr>
        <w:t>Editing copy for Feishu import. English is the currently published surface; Chinese is maintained for editing and future use. Feishu edits are not live until reviewed, synchronized to source, tested, built, and released.</w:t>
      </w:r>
    </w:p>
    <w:p>
      <w:pPr>
        <w:pStyle w:val="Heading1"/>
      </w:pPr>
      <w:r>
        <w:rPr>
          <w:rFonts w:ascii="Arial" w:hAnsi="Arial" w:cs="Arial" w:eastAsia="Noto Sans CJK SC"/>
          <w:color w:val="000000"/>
          <w:sz w:val="40"/>
        </w:rPr>
        <w:t>English</w:t>
      </w:r>
    </w:p>
    <w:p>
      <w:r>
        <w:rPr>
          <w:rFonts w:ascii="Arial" w:hAnsi="Arial" w:cs="Arial" w:eastAsia="Noto Sans CJK SC"/>
          <w:color w:val="000000"/>
          <w:sz w:val="22"/>
        </w:rPr>
        <w:t>A WoooAIHub review moves from structured intake to evidence screening, category fit, disclosure checks, and a documented publication state.</w:t>
      </w:r>
    </w:p>
    <w:p>
      <w:pPr>
        <w:pStyle w:val="Heading2"/>
      </w:pPr>
      <w:r>
        <w:rPr>
          <w:rFonts w:ascii="Arial" w:hAnsi="Arial" w:cs="Arial" w:eastAsia="Noto Sans CJK SC"/>
          <w:color w:val="000000"/>
          <w:sz w:val="32"/>
        </w:rPr>
        <w:t>Intake</w:t>
      </w:r>
    </w:p>
    <w:p>
      <w:r>
        <w:rPr>
          <w:rFonts w:ascii="Arial" w:hAnsi="Arial" w:cs="Arial" w:eastAsia="Noto Sans CJK SC"/>
          <w:color w:val="000000"/>
          <w:sz w:val="22"/>
        </w:rPr>
        <w:t>Capture the submission type, identity, contact path, working source, use case, category, pricing or access context, integrations, proof, limitations, and consent.</w:t>
      </w:r>
    </w:p>
    <w:p>
      <w:pPr>
        <w:pStyle w:val="Heading2"/>
      </w:pPr>
      <w:r>
        <w:rPr>
          <w:rFonts w:ascii="Arial" w:hAnsi="Arial" w:cs="Arial" w:eastAsia="Noto Sans CJK SC"/>
          <w:color w:val="000000"/>
          <w:sz w:val="32"/>
        </w:rPr>
        <w:t>Screening</w:t>
      </w:r>
    </w:p>
    <w:p>
      <w:r>
        <w:rPr>
          <w:rFonts w:ascii="Arial" w:hAnsi="Arial" w:cs="Arial" w:eastAsia="Noto Sans CJK SC"/>
          <w:color w:val="000000"/>
          <w:sz w:val="22"/>
        </w:rPr>
        <w:t>Check whether the object is accessible, understandable, relevant to AI adoption, and represented with enough evidence for the proposed fields.</w:t>
      </w:r>
    </w:p>
    <w:p>
      <w:pPr>
        <w:pStyle w:val="Heading2"/>
      </w:pPr>
      <w:r>
        <w:rPr>
          <w:rFonts w:ascii="Arial" w:hAnsi="Arial" w:cs="Arial" w:eastAsia="Noto Sans CJK SC"/>
          <w:color w:val="000000"/>
          <w:sz w:val="32"/>
        </w:rPr>
        <w:t>Evidence and disclosure</w:t>
      </w:r>
    </w:p>
    <w:p>
      <w:r>
        <w:rPr>
          <w:rFonts w:ascii="Arial" w:hAnsi="Arial" w:cs="Arial" w:eastAsia="Noto Sans CJK SC"/>
          <w:color w:val="000000"/>
          <w:sz w:val="22"/>
        </w:rPr>
        <w:t>Verify material claims where practical, identify missing information, document relationships, and mark uncertain signals as Verification in progress.</w:t>
      </w:r>
    </w:p>
    <w:p>
      <w:pPr>
        <w:pStyle w:val="Heading2"/>
      </w:pPr>
      <w:r>
        <w:rPr>
          <w:rFonts w:ascii="Arial" w:hAnsi="Arial" w:cs="Arial" w:eastAsia="Noto Sans CJK SC"/>
          <w:color w:val="000000"/>
          <w:sz w:val="32"/>
        </w:rPr>
        <w:t>Decision and maintenance</w:t>
      </w:r>
    </w:p>
    <w:p>
      <w:r>
        <w:rPr>
          <w:rFonts w:ascii="Arial" w:hAnsi="Arial" w:cs="Arial" w:eastAsia="Noto Sans CJK SC"/>
          <w:color w:val="000000"/>
          <w:sz w:val="22"/>
        </w:rPr>
        <w:t>A record may be listed, returned for more information, rejected, archived, corrected, or removed. Publication is not permanent and does not imply endorsement.</w:t>
      </w:r>
    </w:p>
    <w:p>
      <w:r>
        <w:br w:type="page"/>
      </w:r>
    </w:p>
    <w:p>
      <w:pPr>
        <w:pStyle w:val="Heading1"/>
      </w:pPr>
      <w:r>
        <w:rPr>
          <w:rFonts w:ascii="Noto Sans CJK SC" w:hAnsi="Noto Sans CJK SC" w:cs="Noto Sans CJK SC" w:eastAsia="Noto Sans CJK SC"/>
          <w:color w:val="000000"/>
          <w:sz w:val="40"/>
        </w:rPr>
        <w:t>中文</w:t>
      </w:r>
    </w:p>
    <w:p>
      <w:r>
        <w:rPr>
          <w:rFonts w:ascii="Arial" w:hAnsi="Arial" w:cs="Arial" w:eastAsia="Noto Sans CJK SC"/>
          <w:color w:val="000000"/>
          <w:sz w:val="22"/>
        </w:rPr>
        <w:t xml:space="preserve">WoooAIHub </w:t>
      </w:r>
      <w:r>
        <w:rPr>
          <w:rFonts w:ascii="Noto Sans CJK SC" w:hAnsi="Noto Sans CJK SC" w:cs="Noto Sans CJK SC" w:eastAsia="Noto Sans CJK SC"/>
          <w:color w:val="000000"/>
          <w:sz w:val="22"/>
        </w:rPr>
        <w:t>的审核从结构化接收开始，经过证据筛查、分类适配、披露检查，并形成有记录的发布状态。</w:t>
      </w:r>
    </w:p>
    <w:p>
      <w:pPr>
        <w:pStyle w:val="Heading2"/>
      </w:pPr>
      <w:r>
        <w:rPr>
          <w:rFonts w:ascii="Noto Sans CJK SC" w:hAnsi="Noto Sans CJK SC" w:cs="Noto Sans CJK SC" w:eastAsia="Noto Sans CJK SC"/>
          <w:color w:val="000000"/>
          <w:sz w:val="32"/>
        </w:rPr>
        <w:t>接收</w:t>
      </w:r>
    </w:p>
    <w:p>
      <w:r>
        <w:rPr>
          <w:rFonts w:ascii="Noto Sans CJK SC" w:hAnsi="Noto Sans CJK SC" w:cs="Noto Sans CJK SC" w:eastAsia="Noto Sans CJK SC"/>
          <w:color w:val="000000"/>
          <w:sz w:val="22"/>
        </w:rPr>
        <w:t>记录提交类型、身份、联系方式、有效来源、使用场景、分类、定价或访问方式、集成信息、证据、限制与授权。</w:t>
      </w:r>
    </w:p>
    <w:p>
      <w:pPr>
        <w:pStyle w:val="Heading2"/>
      </w:pPr>
      <w:r>
        <w:rPr>
          <w:rFonts w:ascii="Noto Sans CJK SC" w:hAnsi="Noto Sans CJK SC" w:cs="Noto Sans CJK SC" w:eastAsia="Noto Sans CJK SC"/>
          <w:color w:val="000000"/>
          <w:sz w:val="32"/>
        </w:rPr>
        <w:t>初筛</w:t>
      </w:r>
    </w:p>
    <w:p>
      <w:r>
        <w:rPr>
          <w:rFonts w:ascii="Noto Sans CJK SC" w:hAnsi="Noto Sans CJK SC" w:cs="Noto Sans CJK SC" w:eastAsia="Noto Sans CJK SC"/>
          <w:color w:val="000000"/>
          <w:sz w:val="22"/>
        </w:rPr>
        <w:t>检查对象是否可访问、易理解、与</w:t>
      </w:r>
      <w:r>
        <w:rPr>
          <w:rFonts w:ascii="Arial" w:hAnsi="Arial" w:cs="Arial" w:eastAsia="Noto Sans CJK SC"/>
          <w:color w:val="000000"/>
          <w:sz w:val="22"/>
        </w:rPr>
        <w:t xml:space="preserve"> AI </w:t>
      </w:r>
      <w:r>
        <w:rPr>
          <w:rFonts w:ascii="Noto Sans CJK SC" w:hAnsi="Noto Sans CJK SC" w:cs="Noto Sans CJK SC" w:eastAsia="Noto Sans CJK SC"/>
          <w:color w:val="000000"/>
          <w:sz w:val="22"/>
        </w:rPr>
        <w:t>采用相关，并具备足够证据支持拟发布字段。</w:t>
      </w:r>
    </w:p>
    <w:p>
      <w:pPr>
        <w:pStyle w:val="Heading2"/>
      </w:pPr>
      <w:r>
        <w:rPr>
          <w:rFonts w:ascii="Noto Sans CJK SC" w:hAnsi="Noto Sans CJK SC" w:cs="Noto Sans CJK SC" w:eastAsia="Noto Sans CJK SC"/>
          <w:color w:val="000000"/>
          <w:sz w:val="32"/>
        </w:rPr>
        <w:t>证据与披露</w:t>
      </w:r>
    </w:p>
    <w:p>
      <w:r>
        <w:rPr>
          <w:rFonts w:ascii="Noto Sans CJK SC" w:hAnsi="Noto Sans CJK SC" w:cs="Noto Sans CJK SC" w:eastAsia="Noto Sans CJK SC"/>
          <w:color w:val="000000"/>
          <w:sz w:val="22"/>
        </w:rPr>
        <w:t>在可行范围内核实重大声明，标记缺失信息、记录关联关系，并将不确定信号保留在</w:t>
      </w:r>
      <w:r>
        <w:rPr>
          <w:rFonts w:ascii="Arial" w:hAnsi="Arial" w:cs="Arial" w:eastAsia="Noto Sans CJK SC"/>
          <w:color w:val="000000"/>
          <w:sz w:val="22"/>
        </w:rPr>
        <w:t>“</w:t>
      </w:r>
      <w:r>
        <w:rPr>
          <w:rFonts w:ascii="Noto Sans CJK SC" w:hAnsi="Noto Sans CJK SC" w:cs="Noto Sans CJK SC" w:eastAsia="Noto Sans CJK SC"/>
          <w:color w:val="000000"/>
          <w:sz w:val="22"/>
        </w:rPr>
        <w:t>人工核验中</w:t>
      </w:r>
      <w:r>
        <w:rPr>
          <w:rFonts w:ascii="Arial" w:hAnsi="Arial" w:cs="Arial" w:eastAsia="Noto Sans CJK SC"/>
          <w:color w:val="000000"/>
          <w:sz w:val="22"/>
        </w:rPr>
        <w:t>”</w:t>
      </w:r>
      <w:r>
        <w:rPr>
          <w:rFonts w:ascii="Noto Sans CJK SC" w:hAnsi="Noto Sans CJK SC" w:cs="Noto Sans CJK SC" w:eastAsia="Noto Sans CJK SC"/>
          <w:color w:val="000000"/>
          <w:sz w:val="22"/>
        </w:rPr>
        <w:t>状态。</w:t>
      </w:r>
    </w:p>
    <w:p>
      <w:pPr>
        <w:pStyle w:val="Heading2"/>
      </w:pPr>
      <w:r>
        <w:rPr>
          <w:rFonts w:ascii="Noto Sans CJK SC" w:hAnsi="Noto Sans CJK SC" w:cs="Noto Sans CJK SC" w:eastAsia="Noto Sans CJK SC"/>
          <w:color w:val="000000"/>
          <w:sz w:val="32"/>
        </w:rPr>
        <w:t>决策与维护</w:t>
      </w:r>
    </w:p>
    <w:p>
      <w:r>
        <w:rPr>
          <w:rFonts w:ascii="Noto Sans CJK SC" w:hAnsi="Noto Sans CJK SC" w:cs="Noto Sans CJK SC" w:eastAsia="Noto Sans CJK SC"/>
          <w:color w:val="000000"/>
          <w:sz w:val="22"/>
        </w:rPr>
        <w:t>记录可能被收录、退回补充信息、拒绝、归档、更正或移除。发布并非永久，也不代表背书。</w:t>
      </w:r>
    </w:p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9">
    <w:multiLevelType w:val="singleLevel"/>
    <w:lvl w:ilvl="0">
      <w:start w:val="1"/>
      <w:numFmt w:val="bullet"/>
      <w:lvlText w:val="●"/>
      <w:lvlJc w:val="left"/>
      <w:pPr>
        <w:tabs>
          <w:tab w:val="num" w:pos="720"/>
        </w:tabs>
        <w:ind w:left="720" w:hanging="360"/>
        <w:spacing w:before="0" w:after="80" w:line="276" w:lineRule="auto"/>
      </w:pPr>
      <w:rPr>
        <w:rFonts w:ascii="Arial" w:hAnsi="Arial" w:eastAsia="Noto Sans CJK SC"/>
      </w:rPr>
    </w:lvl>
  </w:abstract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keepNext w:val="0"/>
      <w:widowControl/>
      <w:spacing w:before="0" w:after="160" w:line="276" w:lineRule="auto"/>
    </w:pPr>
    <w:rPr>
      <w:rFonts w:ascii="Arial" w:hAnsi="Arial" w:eastAsia="Noto Sans CJK SC"/>
      <w:b w:val="0"/>
      <w:color w:val="000000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widowControl/>
      <w:spacing w:before="400" w:after="120" w:line="276" w:lineRule="auto"/>
      <w:outlineLvl w:val="0"/>
    </w:pPr>
    <w:rPr>
      <w:rFonts w:asciiTheme="majorHAnsi" w:eastAsiaTheme="majorEastAsia" w:hAnsiTheme="majorHAnsi" w:cstheme="majorBidi" w:ascii="Arial" w:hAnsi="Arial" w:eastAsia="Noto Sans CJK SC"/>
      <w:b w:val="0"/>
      <w:bCs/>
      <w:color w:val="000000"/>
      <w:sz w:val="4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widowControl/>
      <w:spacing w:before="360" w:after="120" w:line="276" w:lineRule="auto"/>
      <w:outlineLvl w:val="1"/>
    </w:pPr>
    <w:rPr>
      <w:rFonts w:asciiTheme="majorHAnsi" w:eastAsiaTheme="majorEastAsia" w:hAnsiTheme="majorHAnsi" w:cstheme="majorBidi" w:ascii="Arial" w:hAnsi="Arial" w:eastAsia="Noto Sans CJK SC"/>
      <w:b w:val="0"/>
      <w:bCs/>
      <w:color w:val="000000"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widowControl/>
      <w:spacing w:before="320" w:after="80" w:line="276" w:lineRule="auto"/>
      <w:outlineLvl w:val="2"/>
    </w:pPr>
    <w:rPr>
      <w:rFonts w:asciiTheme="majorHAnsi" w:eastAsiaTheme="majorEastAsia" w:hAnsiTheme="majorHAnsi" w:cstheme="majorBidi" w:ascii="Arial" w:hAnsi="Arial" w:eastAsia="Noto Sans CJK SC"/>
      <w:b w:val="0"/>
      <w:bCs/>
      <w:color w:val="434343"/>
      <w:sz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WoooAIHubMetadata">
    <w:name w:val="WoooAIHub Metadata"/>
    <w:pPr>
      <w:keepNext w:val="0"/>
      <w:widowControl/>
      <w:spacing w:before="0" w:after="160" w:line="276" w:lineRule="auto"/>
    </w:pPr>
    <w:rPr>
      <w:rFonts w:ascii="Arial" w:hAnsi="Arial" w:eastAsia="Noto Sans CJK SC"/>
      <w:b w:val="0"/>
      <w:color w:val="555555"/>
      <w:sz w:val="18"/>
    </w:rPr>
  </w:style>
  <w:style w:type="paragraph" w:customStyle="1" w:styleId="WoooAIHubEditingNote">
    <w:name w:val="WoooAIHub Editing Note"/>
    <w:pPr>
      <w:keepNext w:val="0"/>
      <w:widowControl/>
      <w:spacing w:before="0" w:after="200" w:line="276" w:lineRule="auto"/>
    </w:pPr>
    <w:rPr>
      <w:rFonts w:ascii="Arial" w:hAnsi="Arial" w:eastAsia="Noto Sans CJK SC"/>
      <w:b w:val="0"/>
      <w:i/>
      <w:color w:val="555555"/>
      <w:sz w:val="19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www.woooaihub.com/review-proces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Review Process / 审核流程</dc:title>
  <dc:subject>WoooAIHub public trust editing copy</dc:subject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